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1A5" w:rsidRDefault="002121A5">
      <w:pPr>
        <w:spacing w:after="20"/>
        <w:jc w:val="center"/>
        <w:rPr>
          <w:b/>
          <w:sz w:val="20"/>
          <w:lang w:val="es-ES"/>
        </w:rPr>
      </w:pPr>
    </w:p>
    <w:p w:rsidR="002121A5" w:rsidRDefault="002121A5">
      <w:pPr>
        <w:spacing w:after="20"/>
        <w:jc w:val="center"/>
        <w:rPr>
          <w:b/>
          <w:sz w:val="30"/>
          <w:lang w:val="es-ES"/>
        </w:rPr>
      </w:pPr>
    </w:p>
    <w:p w:rsidR="0021745D" w:rsidRPr="002121A5" w:rsidRDefault="00064CD7">
      <w:pPr>
        <w:spacing w:after="20"/>
        <w:jc w:val="center"/>
        <w:rPr>
          <w:rFonts w:hint="eastAsia"/>
          <w:lang w:val="es-ES"/>
        </w:rPr>
      </w:pPr>
      <w:r w:rsidRPr="002121A5">
        <w:rPr>
          <w:b/>
          <w:sz w:val="30"/>
          <w:lang w:val="es-ES"/>
        </w:rPr>
        <w:t>CONVOCATORIA ERASMUS+ PERSONAL DOCENTE</w:t>
      </w:r>
    </w:p>
    <w:p w:rsidR="0021745D" w:rsidRPr="002121A5" w:rsidRDefault="00064CD7">
      <w:pPr>
        <w:spacing w:after="20"/>
        <w:jc w:val="center"/>
        <w:rPr>
          <w:rFonts w:hint="eastAsia"/>
          <w:lang w:val="es-ES"/>
        </w:rPr>
      </w:pPr>
      <w:r w:rsidRPr="002121A5">
        <w:rPr>
          <w:b/>
          <w:sz w:val="24"/>
          <w:lang w:val="es-ES"/>
        </w:rPr>
        <w:t>CURSO 2026-2027</w:t>
      </w:r>
    </w:p>
    <w:p w:rsidR="0021745D" w:rsidRPr="002121A5" w:rsidRDefault="00064CD7">
      <w:pPr>
        <w:spacing w:after="140"/>
        <w:jc w:val="center"/>
        <w:rPr>
          <w:rFonts w:hint="eastAsia"/>
          <w:lang w:val="es-ES"/>
        </w:rPr>
      </w:pPr>
      <w:r w:rsidRPr="002121A5">
        <w:rPr>
          <w:b/>
          <w:sz w:val="24"/>
          <w:lang w:val="es-ES"/>
        </w:rPr>
        <w:t>FORMULARIO DE SOLICITUD</w:t>
      </w:r>
    </w:p>
    <w:p w:rsidR="0021745D" w:rsidRPr="002121A5" w:rsidRDefault="00064CD7">
      <w:pPr>
        <w:spacing w:before="100" w:after="160"/>
        <w:jc w:val="center"/>
        <w:rPr>
          <w:rFonts w:hint="eastAsia"/>
          <w:lang w:val="es-ES"/>
        </w:rPr>
      </w:pPr>
      <w:r w:rsidRPr="002121A5">
        <w:rPr>
          <w:b/>
          <w:sz w:val="20"/>
          <w:lang w:val="es-ES"/>
        </w:rPr>
        <w:t>PLAZO DE PRESENTACIÓN: del 1 de noviembre de 2026 a las 00:00 h al 30 de noviembre de 2026 a las 12:00 h</w:t>
      </w:r>
      <w:r w:rsidRPr="002121A5">
        <w:rPr>
          <w:b/>
          <w:sz w:val="18"/>
          <w:lang w:val="es-ES"/>
        </w:rPr>
        <w:br/>
        <w:t xml:space="preserve">No se admitirán </w:t>
      </w:r>
      <w:r w:rsidRPr="002121A5">
        <w:rPr>
          <w:b/>
          <w:sz w:val="18"/>
          <w:lang w:val="es-ES"/>
        </w:rPr>
        <w:t>solicitudes ni documentación recibidas fuera de este plazo.</w:t>
      </w:r>
    </w:p>
    <w:p w:rsidR="0021745D" w:rsidRPr="002121A5" w:rsidRDefault="00064CD7">
      <w:pPr>
        <w:pStyle w:val="Ttulo1"/>
        <w:rPr>
          <w:lang w:val="es-ES"/>
        </w:rPr>
      </w:pPr>
      <w:r w:rsidRPr="002121A5">
        <w:rPr>
          <w:lang w:val="es-ES"/>
        </w:rPr>
        <w:t>A. DATOS DEL SOLICITANTE Y MODALIDAD</w:t>
      </w:r>
    </w:p>
    <w:p w:rsidR="0021745D" w:rsidRPr="002121A5" w:rsidRDefault="00064CD7">
      <w:pPr>
        <w:spacing w:after="40"/>
        <w:ind w:left="85"/>
        <w:rPr>
          <w:rFonts w:hint="eastAsia"/>
          <w:lang w:val="es-ES"/>
        </w:rPr>
      </w:pPr>
      <w:r w:rsidRPr="002121A5">
        <w:rPr>
          <w:lang w:val="es-ES"/>
        </w:rPr>
        <w:t>☐</w:t>
      </w:r>
      <w:r w:rsidRPr="002121A5">
        <w:rPr>
          <w:lang w:val="es-ES"/>
        </w:rPr>
        <w:t xml:space="preserve"> Movilidad para docencia (STA)</w:t>
      </w:r>
    </w:p>
    <w:p w:rsidR="0021745D" w:rsidRPr="002121A5" w:rsidRDefault="00064CD7">
      <w:pPr>
        <w:spacing w:after="40"/>
        <w:ind w:left="85"/>
        <w:rPr>
          <w:rFonts w:hint="eastAsia"/>
          <w:lang w:val="es-ES"/>
        </w:rPr>
      </w:pPr>
      <w:r w:rsidRPr="002121A5">
        <w:rPr>
          <w:lang w:val="es-ES"/>
        </w:rPr>
        <w:t>☐</w:t>
      </w:r>
      <w:r w:rsidRPr="002121A5">
        <w:rPr>
          <w:lang w:val="es-ES"/>
        </w:rPr>
        <w:t xml:space="preserve"> Movilidad combinada (STA+STT)</w:t>
      </w:r>
    </w:p>
    <w:p w:rsidR="0021745D" w:rsidRPr="002121A5" w:rsidRDefault="00064CD7">
      <w:pPr>
        <w:spacing w:after="40"/>
        <w:ind w:left="85"/>
        <w:rPr>
          <w:rFonts w:hint="eastAsia"/>
          <w:lang w:val="es-ES"/>
        </w:rPr>
      </w:pPr>
      <w:r w:rsidRPr="002121A5">
        <w:rPr>
          <w:lang w:val="es-ES"/>
        </w:rPr>
        <w:t>☐</w:t>
      </w:r>
      <w:r w:rsidRPr="002121A5">
        <w:rPr>
          <w:lang w:val="es-ES"/>
        </w:rPr>
        <w:t xml:space="preserve"> Movilidad para formación (STT) – aprendizaje por observación / </w:t>
      </w:r>
      <w:proofErr w:type="spellStart"/>
      <w:r w:rsidRPr="002121A5">
        <w:rPr>
          <w:lang w:val="es-ES"/>
        </w:rPr>
        <w:t>job</w:t>
      </w:r>
      <w:proofErr w:type="spellEnd"/>
      <w:r w:rsidRPr="002121A5">
        <w:rPr>
          <w:lang w:val="es-ES"/>
        </w:rPr>
        <w:t xml:space="preserve"> </w:t>
      </w:r>
      <w:proofErr w:type="spellStart"/>
      <w:r w:rsidRPr="002121A5">
        <w:rPr>
          <w:lang w:val="es-ES"/>
        </w:rPr>
        <w:t>shadowing</w:t>
      </w:r>
      <w:proofErr w:type="spellEnd"/>
    </w:p>
    <w:tbl>
      <w:tblPr>
        <w:tblW w:w="0" w:type="auto"/>
        <w:jc w:val="center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21745D">
        <w:trPr>
          <w:jc w:val="center"/>
        </w:trPr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  <w:vAlign w:val="center"/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7"/>
              </w:rPr>
              <w:t>APELLIDOS Y NOMB</w:t>
            </w:r>
            <w:r>
              <w:rPr>
                <w:b/>
                <w:sz w:val="17"/>
              </w:rPr>
              <w:t>RE</w:t>
            </w:r>
            <w:r>
              <w:br/>
            </w:r>
          </w:p>
        </w:tc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  <w:vAlign w:val="center"/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7"/>
              </w:rPr>
              <w:t>DNI</w:t>
            </w:r>
            <w:r>
              <w:br/>
            </w:r>
          </w:p>
        </w:tc>
      </w:tr>
      <w:tr w:rsidR="0021745D">
        <w:trPr>
          <w:jc w:val="center"/>
        </w:trPr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  <w:vAlign w:val="center"/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7"/>
              </w:rPr>
              <w:t>NACIONALIDAD</w:t>
            </w:r>
            <w:r>
              <w:br/>
            </w:r>
          </w:p>
        </w:tc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  <w:vAlign w:val="center"/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7"/>
              </w:rPr>
              <w:t>DEPARTAMENTO</w:t>
            </w:r>
            <w:r>
              <w:br/>
            </w:r>
          </w:p>
        </w:tc>
      </w:tr>
      <w:tr w:rsidR="0021745D" w:rsidRPr="002121A5">
        <w:trPr>
          <w:jc w:val="center"/>
        </w:trPr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  <w:vAlign w:val="center"/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7"/>
              </w:rPr>
              <w:t>ESPECIALIDAD</w:t>
            </w:r>
            <w:r>
              <w:br/>
            </w:r>
          </w:p>
        </w:tc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  <w:vAlign w:val="center"/>
          </w:tcPr>
          <w:p w:rsidR="0021745D" w:rsidRPr="002121A5" w:rsidRDefault="00064CD7">
            <w:pPr>
              <w:rPr>
                <w:rFonts w:hint="eastAsia"/>
                <w:lang w:val="es-ES"/>
              </w:rPr>
            </w:pPr>
            <w:r w:rsidRPr="002121A5">
              <w:rPr>
                <w:b/>
                <w:sz w:val="17"/>
                <w:lang w:val="es-ES"/>
              </w:rPr>
              <w:t>N.º DE AÑOS DE SERVICIO EN LA ENSEÑANZA</w:t>
            </w:r>
            <w:r w:rsidRPr="002121A5">
              <w:rPr>
                <w:lang w:val="es-ES"/>
              </w:rPr>
              <w:br/>
            </w:r>
          </w:p>
        </w:tc>
      </w:tr>
      <w:tr w:rsidR="0021745D">
        <w:trPr>
          <w:jc w:val="center"/>
        </w:trPr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  <w:vAlign w:val="center"/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7"/>
              </w:rPr>
              <w:t>TELÉFONO</w:t>
            </w:r>
            <w:r>
              <w:br/>
            </w:r>
          </w:p>
        </w:tc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  <w:vAlign w:val="center"/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7"/>
              </w:rPr>
              <w:t>CORREO ELECTRÓNICO</w:t>
            </w:r>
            <w:r>
              <w:br/>
            </w:r>
          </w:p>
        </w:tc>
      </w:tr>
    </w:tbl>
    <w:p w:rsidR="0021745D" w:rsidRDefault="00064CD7">
      <w:pPr>
        <w:pStyle w:val="Ttulo1"/>
      </w:pPr>
      <w:r>
        <w:t>B. GRUPO DE PRIORIDAD</w:t>
      </w:r>
    </w:p>
    <w:p w:rsidR="0021745D" w:rsidRPr="002121A5" w:rsidRDefault="00064CD7">
      <w:pPr>
        <w:spacing w:after="40"/>
        <w:rPr>
          <w:rFonts w:hint="eastAsia"/>
          <w:lang w:val="es-ES"/>
        </w:rPr>
      </w:pPr>
      <w:r w:rsidRPr="002121A5">
        <w:rPr>
          <w:lang w:val="es-ES"/>
        </w:rPr>
        <w:t>¿Ha realizado anteriormente alguna movilidad Erasmus+ financiada por el RCSMM?</w:t>
      </w:r>
    </w:p>
    <w:p w:rsidR="0021745D" w:rsidRPr="002121A5" w:rsidRDefault="00064CD7">
      <w:pPr>
        <w:spacing w:after="40"/>
        <w:ind w:left="85"/>
        <w:rPr>
          <w:rFonts w:hint="eastAsia"/>
          <w:lang w:val="es-ES"/>
        </w:rPr>
      </w:pPr>
      <w:r w:rsidRPr="002121A5">
        <w:rPr>
          <w:lang w:val="es-ES"/>
        </w:rPr>
        <w:t>☐</w:t>
      </w:r>
      <w:r w:rsidRPr="002121A5">
        <w:rPr>
          <w:lang w:val="es-ES"/>
        </w:rPr>
        <w:t xml:space="preserve"> Sí</w:t>
      </w:r>
    </w:p>
    <w:p w:rsidR="0021745D" w:rsidRPr="002121A5" w:rsidRDefault="00064CD7">
      <w:pPr>
        <w:spacing w:after="40"/>
        <w:ind w:left="85"/>
        <w:rPr>
          <w:rFonts w:hint="eastAsia"/>
          <w:lang w:val="es-ES"/>
        </w:rPr>
      </w:pPr>
      <w:r w:rsidRPr="002121A5">
        <w:rPr>
          <w:lang w:val="es-ES"/>
        </w:rPr>
        <w:t>☐</w:t>
      </w:r>
      <w:r w:rsidRPr="002121A5">
        <w:rPr>
          <w:lang w:val="es-ES"/>
        </w:rPr>
        <w:t xml:space="preserve"> No</w:t>
      </w:r>
    </w:p>
    <w:p w:rsidR="0021745D" w:rsidRPr="002121A5" w:rsidRDefault="00064CD7">
      <w:pPr>
        <w:pStyle w:val="Ttulo1"/>
        <w:rPr>
          <w:lang w:val="es-ES"/>
        </w:rPr>
      </w:pPr>
      <w:r w:rsidRPr="002121A5">
        <w:rPr>
          <w:lang w:val="es-ES"/>
        </w:rPr>
        <w:t xml:space="preserve">C. CRITERIOS DE </w:t>
      </w:r>
      <w:r w:rsidRPr="002121A5">
        <w:rPr>
          <w:lang w:val="es-ES"/>
        </w:rPr>
        <w:t>VALORACIÓN</w:t>
      </w:r>
    </w:p>
    <w:p w:rsidR="0021745D" w:rsidRPr="002121A5" w:rsidRDefault="00064CD7">
      <w:pPr>
        <w:spacing w:after="80"/>
        <w:rPr>
          <w:rFonts w:hint="eastAsia"/>
          <w:lang w:val="es-ES"/>
        </w:rPr>
      </w:pPr>
      <w:r w:rsidRPr="002121A5">
        <w:rPr>
          <w:i/>
          <w:sz w:val="17"/>
          <w:lang w:val="es-ES"/>
        </w:rPr>
        <w:t>Los apartados siguientes siguen el mismo orden que los criterios de valoración establecidos en la convocatoria.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b/>
          <w:lang w:val="es-ES"/>
        </w:rPr>
        <w:t>1. PROPUESTA DE TRABAJO — hasta 4 puntos</w:t>
      </w:r>
    </w:p>
    <w:p w:rsidR="0021745D" w:rsidRPr="002121A5" w:rsidRDefault="00064CD7">
      <w:pPr>
        <w:spacing w:after="40"/>
        <w:rPr>
          <w:rFonts w:hint="eastAsia"/>
          <w:lang w:val="es-ES"/>
        </w:rPr>
      </w:pPr>
      <w:r w:rsidRPr="002121A5">
        <w:rPr>
          <w:lang w:val="es-ES"/>
        </w:rPr>
        <w:t>Indique el documento que acompaña a la solicitud:</w:t>
      </w:r>
    </w:p>
    <w:p w:rsidR="0021745D" w:rsidRDefault="00064CD7">
      <w:pPr>
        <w:spacing w:after="40"/>
        <w:ind w:left="85"/>
        <w:rPr>
          <w:rFonts w:hint="eastAsia"/>
        </w:rPr>
      </w:pPr>
      <w:r>
        <w:t>☐</w:t>
      </w:r>
      <w:r>
        <w:t xml:space="preserve"> Anexo I – Proposed Mobility Programme (S</w:t>
      </w:r>
      <w:r>
        <w:t>TA o STA+STT)</w:t>
      </w:r>
    </w:p>
    <w:p w:rsidR="0021745D" w:rsidRDefault="00064CD7">
      <w:pPr>
        <w:spacing w:after="40"/>
        <w:ind w:left="85"/>
        <w:rPr>
          <w:rFonts w:hint="eastAsia"/>
        </w:rPr>
      </w:pPr>
      <w:r>
        <w:t>☐</w:t>
      </w:r>
      <w:r>
        <w:t xml:space="preserve"> Anexo II – Proposed Mobility Programme (STT)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i/>
          <w:sz w:val="17"/>
          <w:lang w:val="es-ES"/>
        </w:rPr>
        <w:t>La propuesta se valorará conforme a los cuatro apartados establecidos en la convocatoria.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b/>
          <w:lang w:val="es-ES"/>
        </w:rPr>
        <w:t>2. COMPETENCIA LINGÜÍSTICA — hasta 2 puntos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lang w:val="es-ES"/>
        </w:rPr>
        <w:t xml:space="preserve">¿Aporta certificación lingüística para su valoración?   ☐ Sí </w:t>
      </w:r>
      <w:r w:rsidRPr="002121A5">
        <w:rPr>
          <w:lang w:val="es-ES"/>
        </w:rPr>
        <w:t xml:space="preserve">  ☐ No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lang w:val="es-ES"/>
        </w:rPr>
        <w:t>Idioma: ____________________________________    Nivel:   ☐ B1   ☐ B2   ☐ C1   ☐ C2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i/>
          <w:sz w:val="17"/>
          <w:lang w:val="es-ES"/>
        </w:rPr>
        <w:t>Se valorará únicamente una acreditación de inglés o del idioma del país de destino. La certificación deberá acompañar a la solicitud.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lang w:val="es-ES"/>
        </w:rPr>
        <w:t>Si es originario/a del país de d</w:t>
      </w:r>
      <w:r w:rsidRPr="002121A5">
        <w:rPr>
          <w:lang w:val="es-ES"/>
        </w:rPr>
        <w:t>estino o de otro país que comparta la misma lengua y solicita la valoración prevista en la convocatoria:</w:t>
      </w:r>
    </w:p>
    <w:p w:rsidR="0021745D" w:rsidRPr="002121A5" w:rsidRDefault="00064CD7">
      <w:pPr>
        <w:spacing w:after="40"/>
        <w:ind w:left="85"/>
        <w:rPr>
          <w:rFonts w:hint="eastAsia"/>
          <w:lang w:val="es-ES"/>
        </w:rPr>
      </w:pPr>
      <w:r w:rsidRPr="002121A5">
        <w:rPr>
          <w:lang w:val="es-ES"/>
        </w:rPr>
        <w:t>☐</w:t>
      </w:r>
      <w:r w:rsidRPr="002121A5">
        <w:rPr>
          <w:lang w:val="es-ES"/>
        </w:rPr>
        <w:t xml:space="preserve"> Aporta documento acreditativo de la nacionalidad (DNI o pasaporte).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b/>
          <w:lang w:val="es-ES"/>
        </w:rPr>
        <w:t>3. COLABORACIÓN CON EL PROGRAMA ERASMUS+ — hasta 3 puntos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i/>
          <w:sz w:val="17"/>
          <w:lang w:val="es-ES"/>
        </w:rPr>
        <w:t>Se valorarán exclusivam</w:t>
      </w:r>
      <w:r w:rsidRPr="002121A5">
        <w:rPr>
          <w:i/>
          <w:sz w:val="17"/>
          <w:lang w:val="es-ES"/>
        </w:rPr>
        <w:t>ente los cursos 2023-2024, 2024-2025 y 2025-2026.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b/>
          <w:lang w:val="es-ES"/>
        </w:rPr>
        <w:t xml:space="preserve">3.1. Profesorado Erasmus+ </w:t>
      </w:r>
      <w:proofErr w:type="spellStart"/>
      <w:r w:rsidRPr="002121A5">
        <w:rPr>
          <w:b/>
          <w:lang w:val="es-ES"/>
        </w:rPr>
        <w:t>incoming</w:t>
      </w:r>
      <w:proofErr w:type="spellEnd"/>
      <w:r w:rsidRPr="002121A5">
        <w:rPr>
          <w:b/>
          <w:lang w:val="es-ES"/>
        </w:rPr>
        <w:t xml:space="preserve"> recibido como anfitrión docente (0,5 puntos por docente)</w:t>
      </w:r>
    </w:p>
    <w:p w:rsidR="0021745D" w:rsidRPr="002121A5" w:rsidRDefault="00064CD7">
      <w:pPr>
        <w:spacing w:after="20"/>
        <w:rPr>
          <w:rFonts w:hint="eastAsia"/>
          <w:lang w:val="es-ES"/>
        </w:rPr>
      </w:pPr>
      <w:r w:rsidRPr="002121A5">
        <w:rPr>
          <w:lang w:val="es-ES"/>
        </w:rPr>
        <w:t>Indique curso académico, nombre del docente, institución de origen y especialidad:</w:t>
      </w:r>
    </w:p>
    <w:p w:rsidR="0021745D" w:rsidRPr="002121A5" w:rsidRDefault="00064CD7">
      <w:pPr>
        <w:spacing w:after="20"/>
        <w:rPr>
          <w:rFonts w:hint="eastAsia"/>
          <w:lang w:val="es-ES"/>
        </w:rPr>
      </w:pPr>
      <w:r w:rsidRPr="002121A5">
        <w:rPr>
          <w:sz w:val="16"/>
          <w:lang w:val="es-ES"/>
        </w:rPr>
        <w:t>_______________________________</w:t>
      </w:r>
      <w:r w:rsidRPr="002121A5">
        <w:rPr>
          <w:sz w:val="16"/>
          <w:lang w:val="es-ES"/>
        </w:rPr>
        <w:t>_________________________________________________________</w:t>
      </w:r>
    </w:p>
    <w:p w:rsidR="0021745D" w:rsidRPr="002121A5" w:rsidRDefault="00064CD7">
      <w:pPr>
        <w:spacing w:after="20"/>
        <w:rPr>
          <w:rFonts w:hint="eastAsia"/>
          <w:lang w:val="es-ES"/>
        </w:rPr>
      </w:pPr>
      <w:r w:rsidRPr="002121A5">
        <w:rPr>
          <w:sz w:val="16"/>
          <w:lang w:val="es-ES"/>
        </w:rPr>
        <w:t>________________________________________________________________________________________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b/>
          <w:lang w:val="es-ES"/>
        </w:rPr>
        <w:t xml:space="preserve">3.2. Alumnado Erasmus+ </w:t>
      </w:r>
      <w:proofErr w:type="spellStart"/>
      <w:r w:rsidRPr="002121A5">
        <w:rPr>
          <w:b/>
          <w:lang w:val="es-ES"/>
        </w:rPr>
        <w:t>incoming</w:t>
      </w:r>
      <w:proofErr w:type="spellEnd"/>
      <w:r w:rsidRPr="002121A5">
        <w:rPr>
          <w:b/>
          <w:lang w:val="es-ES"/>
        </w:rPr>
        <w:t xml:space="preserve"> atendido como tutor/a de la especialidad (0,5 puntos por estudiante)</w:t>
      </w:r>
    </w:p>
    <w:p w:rsidR="0021745D" w:rsidRPr="002121A5" w:rsidRDefault="00064CD7">
      <w:pPr>
        <w:spacing w:after="20"/>
        <w:rPr>
          <w:rFonts w:hint="eastAsia"/>
          <w:lang w:val="es-ES"/>
        </w:rPr>
      </w:pPr>
      <w:r w:rsidRPr="002121A5">
        <w:rPr>
          <w:lang w:val="es-ES"/>
        </w:rPr>
        <w:lastRenderedPageBreak/>
        <w:t xml:space="preserve">Indique </w:t>
      </w:r>
      <w:r w:rsidRPr="002121A5">
        <w:rPr>
          <w:lang w:val="es-ES"/>
        </w:rPr>
        <w:t>curso académico, nombre del estudiante y especialidad:</w:t>
      </w:r>
    </w:p>
    <w:p w:rsidR="0021745D" w:rsidRPr="002121A5" w:rsidRDefault="00064CD7">
      <w:pPr>
        <w:spacing w:after="20"/>
        <w:rPr>
          <w:rFonts w:hint="eastAsia"/>
          <w:lang w:val="es-ES"/>
        </w:rPr>
      </w:pPr>
      <w:r w:rsidRPr="002121A5">
        <w:rPr>
          <w:sz w:val="16"/>
          <w:lang w:val="es-ES"/>
        </w:rPr>
        <w:t>________________________________________________________________________________________</w:t>
      </w:r>
    </w:p>
    <w:p w:rsidR="0021745D" w:rsidRPr="002121A5" w:rsidRDefault="00064CD7">
      <w:pPr>
        <w:spacing w:after="20"/>
        <w:rPr>
          <w:rFonts w:hint="eastAsia"/>
          <w:lang w:val="es-ES"/>
        </w:rPr>
      </w:pPr>
      <w:r w:rsidRPr="002121A5">
        <w:rPr>
          <w:sz w:val="16"/>
          <w:lang w:val="es-ES"/>
        </w:rPr>
        <w:t>________________________________________________________________________________________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b/>
          <w:lang w:val="es-ES"/>
        </w:rPr>
        <w:t xml:space="preserve">3.3. Alumnado Erasmus+ </w:t>
      </w:r>
      <w:proofErr w:type="spellStart"/>
      <w:r w:rsidRPr="002121A5">
        <w:rPr>
          <w:b/>
          <w:lang w:val="es-ES"/>
        </w:rPr>
        <w:t>incoming</w:t>
      </w:r>
      <w:proofErr w:type="spellEnd"/>
      <w:r w:rsidRPr="002121A5">
        <w:rPr>
          <w:b/>
          <w:lang w:val="es-ES"/>
        </w:rPr>
        <w:t xml:space="preserve"> al que haya impartido docencia en asignaturas grupales (0,25 puntos por estudiante)</w:t>
      </w:r>
    </w:p>
    <w:p w:rsidR="0021745D" w:rsidRPr="002121A5" w:rsidRDefault="00064CD7">
      <w:pPr>
        <w:spacing w:after="20"/>
        <w:rPr>
          <w:rFonts w:hint="eastAsia"/>
          <w:lang w:val="es-ES"/>
        </w:rPr>
      </w:pPr>
      <w:r w:rsidRPr="002121A5">
        <w:rPr>
          <w:lang w:val="es-ES"/>
        </w:rPr>
        <w:t>Indique curso académico, nombre del estudiante y asignatura grupal impartida:</w:t>
      </w:r>
    </w:p>
    <w:p w:rsidR="0021745D" w:rsidRPr="002121A5" w:rsidRDefault="00064CD7">
      <w:pPr>
        <w:spacing w:after="20"/>
        <w:rPr>
          <w:rFonts w:hint="eastAsia"/>
          <w:lang w:val="es-ES"/>
        </w:rPr>
      </w:pPr>
      <w:r w:rsidRPr="002121A5">
        <w:rPr>
          <w:sz w:val="16"/>
          <w:lang w:val="es-ES"/>
        </w:rPr>
        <w:t>_____________________________________________________________________________________</w:t>
      </w:r>
      <w:r w:rsidRPr="002121A5">
        <w:rPr>
          <w:sz w:val="16"/>
          <w:lang w:val="es-ES"/>
        </w:rPr>
        <w:t>___</w:t>
      </w:r>
    </w:p>
    <w:p w:rsidR="0021745D" w:rsidRPr="002121A5" w:rsidRDefault="00064CD7">
      <w:pPr>
        <w:spacing w:after="20"/>
        <w:rPr>
          <w:rFonts w:hint="eastAsia"/>
          <w:lang w:val="es-ES"/>
        </w:rPr>
      </w:pPr>
      <w:r w:rsidRPr="002121A5">
        <w:rPr>
          <w:sz w:val="16"/>
          <w:lang w:val="es-ES"/>
        </w:rPr>
        <w:t>________________________________________________________________________________________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i/>
          <w:sz w:val="17"/>
          <w:lang w:val="es-ES"/>
        </w:rPr>
        <w:t>Los apartados 3.2 y 3.3 son acumulables cuando correspondan.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b/>
          <w:lang w:val="es-ES"/>
        </w:rPr>
        <w:t>4. CRITERIO ESPECÍFICO SEGÚN MODALIDAD — 1 punto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b/>
          <w:lang w:val="es-ES"/>
        </w:rPr>
        <w:t>4.1. STA / STA+STT — Concierto, ponencia, conferencia</w:t>
      </w:r>
      <w:r w:rsidRPr="002121A5">
        <w:rPr>
          <w:b/>
          <w:lang w:val="es-ES"/>
        </w:rPr>
        <w:t xml:space="preserve"> o estreno de obra/s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lang w:val="es-ES"/>
        </w:rPr>
        <w:t>¿La movilidad incluye alguna de estas actividades?   ☐ Sí   ☐ No</w:t>
      </w:r>
    </w:p>
    <w:p w:rsidR="0021745D" w:rsidRPr="002121A5" w:rsidRDefault="00064CD7">
      <w:pPr>
        <w:spacing w:after="20"/>
        <w:rPr>
          <w:rFonts w:hint="eastAsia"/>
          <w:lang w:val="es-ES"/>
        </w:rPr>
      </w:pPr>
      <w:r w:rsidRPr="002121A5">
        <w:rPr>
          <w:lang w:val="es-ES"/>
        </w:rPr>
        <w:t>En caso afirmativo, indique la actividad:</w:t>
      </w:r>
    </w:p>
    <w:p w:rsidR="0021745D" w:rsidRPr="002121A5" w:rsidRDefault="00064CD7">
      <w:pPr>
        <w:spacing w:after="20"/>
        <w:rPr>
          <w:rFonts w:hint="eastAsia"/>
          <w:lang w:val="es-ES"/>
        </w:rPr>
      </w:pPr>
      <w:r w:rsidRPr="002121A5">
        <w:rPr>
          <w:sz w:val="16"/>
          <w:lang w:val="es-ES"/>
        </w:rPr>
        <w:t>________________________________________________________________________________________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i/>
          <w:sz w:val="17"/>
          <w:lang w:val="es-ES"/>
        </w:rPr>
        <w:t>La actividad deberá constar expresament</w:t>
      </w:r>
      <w:r w:rsidRPr="002121A5">
        <w:rPr>
          <w:i/>
          <w:sz w:val="17"/>
          <w:lang w:val="es-ES"/>
        </w:rPr>
        <w:t>e en la carta de invitación. La realización de más de una actividad no incrementa la puntuación.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b/>
          <w:lang w:val="es-ES"/>
        </w:rPr>
        <w:t>4.2. STT — Propuesta de transferencia de la experiencia al Departamento</w:t>
      </w:r>
    </w:p>
    <w:p w:rsidR="0021745D" w:rsidRPr="002121A5" w:rsidRDefault="00064CD7">
      <w:pPr>
        <w:spacing w:after="20"/>
        <w:rPr>
          <w:rFonts w:hint="eastAsia"/>
          <w:lang w:val="es-ES"/>
        </w:rPr>
      </w:pPr>
      <w:r w:rsidRPr="002121A5">
        <w:rPr>
          <w:lang w:val="es-ES"/>
        </w:rPr>
        <w:t xml:space="preserve">Indique brevemente cómo prevé compartir con su Departamento los conocimientos, </w:t>
      </w:r>
      <w:r w:rsidRPr="002121A5">
        <w:rPr>
          <w:lang w:val="es-ES"/>
        </w:rPr>
        <w:t>metodologías o experiencias adquiridos durante la movilidad:</w:t>
      </w:r>
    </w:p>
    <w:p w:rsidR="0021745D" w:rsidRDefault="00064CD7">
      <w:pPr>
        <w:spacing w:after="20"/>
        <w:rPr>
          <w:rFonts w:hint="eastAsia"/>
        </w:rPr>
      </w:pPr>
      <w:r>
        <w:rPr>
          <w:sz w:val="16"/>
        </w:rPr>
        <w:t>________________________________________________________________________________________</w:t>
      </w:r>
    </w:p>
    <w:p w:rsidR="0021745D" w:rsidRDefault="00064CD7">
      <w:pPr>
        <w:spacing w:after="20"/>
        <w:rPr>
          <w:rFonts w:hint="eastAsia"/>
        </w:rPr>
      </w:pPr>
      <w:r>
        <w:rPr>
          <w:sz w:val="16"/>
        </w:rPr>
        <w:t>________________________________________________________________________________________</w:t>
      </w:r>
    </w:p>
    <w:p w:rsidR="0021745D" w:rsidRDefault="00064CD7">
      <w:pPr>
        <w:spacing w:after="20"/>
        <w:rPr>
          <w:rFonts w:hint="eastAsia"/>
        </w:rPr>
      </w:pPr>
      <w:r>
        <w:rPr>
          <w:sz w:val="16"/>
        </w:rPr>
        <w:t>_________________</w:t>
      </w:r>
      <w:r>
        <w:rPr>
          <w:sz w:val="16"/>
        </w:rPr>
        <w:t>_______________________________________________________________________</w:t>
      </w:r>
    </w:p>
    <w:p w:rsidR="0021745D" w:rsidRDefault="00064CD7">
      <w:pPr>
        <w:pStyle w:val="Ttulo1"/>
      </w:pPr>
      <w:r>
        <w:t>D. DATOS DE LA MOVILIDAD</w:t>
      </w:r>
    </w:p>
    <w:tbl>
      <w:tblPr>
        <w:tblW w:w="0" w:type="auto"/>
        <w:jc w:val="center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ook w:val="04A0" w:firstRow="1" w:lastRow="0" w:firstColumn="1" w:lastColumn="0" w:noHBand="0" w:noVBand="1"/>
      </w:tblPr>
      <w:tblGrid>
        <w:gridCol w:w="5156"/>
        <w:gridCol w:w="5156"/>
      </w:tblGrid>
      <w:tr w:rsidR="0021745D">
        <w:trPr>
          <w:jc w:val="center"/>
        </w:trPr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6"/>
              </w:rPr>
              <w:t>INSTITUCIÓN DE ACOGIDA</w:t>
            </w:r>
            <w:r>
              <w:br/>
            </w:r>
          </w:p>
        </w:tc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6"/>
              </w:rPr>
              <w:t>CIUDAD</w:t>
            </w:r>
            <w:r>
              <w:br/>
            </w:r>
          </w:p>
        </w:tc>
      </w:tr>
      <w:tr w:rsidR="0021745D">
        <w:trPr>
          <w:jc w:val="center"/>
        </w:trPr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6"/>
              </w:rPr>
              <w:t>PAÍS</w:t>
            </w:r>
            <w:r>
              <w:br/>
            </w:r>
          </w:p>
        </w:tc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6"/>
              </w:rPr>
              <w:t>FECHAS PREVISTAS</w:t>
            </w:r>
            <w:r>
              <w:br/>
            </w:r>
          </w:p>
        </w:tc>
      </w:tr>
      <w:tr w:rsidR="0021745D">
        <w:trPr>
          <w:jc w:val="center"/>
        </w:trPr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</w:tcPr>
          <w:p w:rsidR="0021745D" w:rsidRPr="002121A5" w:rsidRDefault="00064CD7">
            <w:pPr>
              <w:rPr>
                <w:rFonts w:hint="eastAsia"/>
                <w:lang w:val="es-ES"/>
              </w:rPr>
            </w:pPr>
            <w:r w:rsidRPr="002121A5">
              <w:rPr>
                <w:b/>
                <w:sz w:val="16"/>
                <w:lang w:val="es-ES"/>
              </w:rPr>
              <w:t>PERSONA DE CONTACTO DE LA OFICINA ERASMUS / RELACIONES INTERNACIONALES</w:t>
            </w:r>
            <w:r w:rsidRPr="002121A5">
              <w:rPr>
                <w:lang w:val="es-ES"/>
              </w:rPr>
              <w:br/>
            </w:r>
          </w:p>
        </w:tc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6"/>
              </w:rPr>
              <w:t>CORREO ELECTRÓNICO INSTITUCIO</w:t>
            </w:r>
            <w:r>
              <w:rPr>
                <w:b/>
                <w:sz w:val="16"/>
              </w:rPr>
              <w:t>NAL</w:t>
            </w:r>
            <w:r>
              <w:br/>
            </w:r>
          </w:p>
        </w:tc>
      </w:tr>
      <w:tr w:rsidR="0021745D" w:rsidRPr="002121A5">
        <w:trPr>
          <w:jc w:val="center"/>
        </w:trPr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</w:tcPr>
          <w:p w:rsidR="0021745D" w:rsidRPr="002121A5" w:rsidRDefault="00064CD7">
            <w:pPr>
              <w:rPr>
                <w:rFonts w:hint="eastAsia"/>
                <w:lang w:val="es-ES"/>
              </w:rPr>
            </w:pPr>
            <w:r w:rsidRPr="002121A5">
              <w:rPr>
                <w:b/>
                <w:sz w:val="16"/>
                <w:lang w:val="es-ES"/>
              </w:rPr>
              <w:t>N.º DE DÍAS DE ACTIVIDAD QUE CONSTAN EN LA CARTA DE INVITACIÓN</w:t>
            </w:r>
            <w:r w:rsidRPr="002121A5">
              <w:rPr>
                <w:b/>
                <w:sz w:val="16"/>
                <w:lang w:val="es-ES"/>
              </w:rPr>
              <w:br/>
              <w:t>(sin incluir días de viaje)</w:t>
            </w:r>
            <w:r w:rsidRPr="002121A5">
              <w:rPr>
                <w:lang w:val="es-ES"/>
              </w:rPr>
              <w:br/>
            </w:r>
          </w:p>
        </w:tc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</w:tcPr>
          <w:p w:rsidR="0021745D" w:rsidRPr="002121A5" w:rsidRDefault="00064CD7">
            <w:pPr>
              <w:rPr>
                <w:rFonts w:hint="eastAsia"/>
                <w:lang w:val="es-ES"/>
              </w:rPr>
            </w:pPr>
            <w:r w:rsidRPr="002121A5">
              <w:rPr>
                <w:b/>
                <w:sz w:val="16"/>
                <w:lang w:val="es-ES"/>
              </w:rPr>
              <w:t>N.º DE HORAS DE DOCENCIA</w:t>
            </w:r>
            <w:r w:rsidRPr="002121A5">
              <w:rPr>
                <w:b/>
                <w:sz w:val="16"/>
                <w:lang w:val="es-ES"/>
              </w:rPr>
              <w:br/>
              <w:t>(STA: mínimo 8 h / STA+STT: mínimo 4 h)</w:t>
            </w:r>
            <w:r w:rsidRPr="002121A5">
              <w:rPr>
                <w:lang w:val="es-ES"/>
              </w:rPr>
              <w:br/>
            </w:r>
          </w:p>
        </w:tc>
      </w:tr>
      <w:tr w:rsidR="0021745D">
        <w:trPr>
          <w:jc w:val="center"/>
        </w:trPr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6"/>
              </w:rPr>
              <w:t>FECHA PREVISTA DE INICIO</w:t>
            </w:r>
            <w:r>
              <w:br/>
            </w:r>
          </w:p>
        </w:tc>
        <w:tc>
          <w:tcPr>
            <w:tcW w:w="5156" w:type="dxa"/>
            <w:tcMar>
              <w:top w:w="80" w:type="dxa"/>
              <w:left w:w="100" w:type="dxa"/>
              <w:bottom w:w="220" w:type="dxa"/>
              <w:right w:w="100" w:type="dxa"/>
            </w:tcMar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6"/>
              </w:rPr>
              <w:t>FECHA PREVISTA DE FINALIZACIÓN</w:t>
            </w:r>
            <w:r>
              <w:br/>
            </w:r>
          </w:p>
        </w:tc>
      </w:tr>
      <w:tr w:rsidR="0021745D">
        <w:trPr>
          <w:jc w:val="center"/>
        </w:trPr>
        <w:tc>
          <w:tcPr>
            <w:tcW w:w="10312" w:type="dxa"/>
            <w:gridSpan w:val="2"/>
            <w:tcMar>
              <w:top w:w="80" w:type="dxa"/>
              <w:left w:w="100" w:type="dxa"/>
              <w:bottom w:w="300" w:type="dxa"/>
              <w:right w:w="100" w:type="dxa"/>
            </w:tcMar>
          </w:tcPr>
          <w:p w:rsidR="0021745D" w:rsidRDefault="00064CD7">
            <w:pPr>
              <w:rPr>
                <w:rFonts w:hint="eastAsia"/>
              </w:rPr>
            </w:pPr>
            <w:r>
              <w:rPr>
                <w:b/>
                <w:sz w:val="16"/>
              </w:rPr>
              <w:t>OBSERVACIONES, SI PROCEDE</w:t>
            </w:r>
            <w:r>
              <w:br/>
            </w:r>
          </w:p>
          <w:p w:rsidR="0021745D" w:rsidRDefault="00064CD7">
            <w:pPr>
              <w:rPr>
                <w:rFonts w:hint="eastAsia"/>
              </w:rPr>
            </w:pPr>
            <w:r>
              <w:br/>
            </w:r>
          </w:p>
        </w:tc>
      </w:tr>
    </w:tbl>
    <w:p w:rsidR="0021745D" w:rsidRPr="002121A5" w:rsidRDefault="00064CD7">
      <w:pPr>
        <w:pStyle w:val="Ttulo1"/>
        <w:rPr>
          <w:lang w:val="es-ES"/>
        </w:rPr>
      </w:pPr>
      <w:r w:rsidRPr="002121A5">
        <w:rPr>
          <w:lang w:val="es-ES"/>
        </w:rPr>
        <w:t>E.</w:t>
      </w:r>
      <w:r w:rsidRPr="002121A5">
        <w:rPr>
          <w:lang w:val="es-ES"/>
        </w:rPr>
        <w:t xml:space="preserve"> DOCUMENTACIÓN QUE ACOMPAÑA A LA SOLICITUD</w:t>
      </w:r>
    </w:p>
    <w:p w:rsidR="0021745D" w:rsidRPr="002121A5" w:rsidRDefault="00064CD7">
      <w:pPr>
        <w:spacing w:after="40"/>
        <w:rPr>
          <w:rFonts w:hint="eastAsia"/>
          <w:lang w:val="es-ES"/>
        </w:rPr>
      </w:pPr>
      <w:r w:rsidRPr="002121A5">
        <w:rPr>
          <w:lang w:val="es-ES"/>
        </w:rPr>
        <w:t>Marque la documentación aportada:</w:t>
      </w:r>
    </w:p>
    <w:p w:rsidR="0021745D" w:rsidRPr="002121A5" w:rsidRDefault="00064CD7">
      <w:pPr>
        <w:spacing w:after="40"/>
        <w:ind w:left="85"/>
        <w:rPr>
          <w:rFonts w:hint="eastAsia"/>
          <w:lang w:val="es-ES"/>
        </w:rPr>
      </w:pPr>
      <w:r w:rsidRPr="002121A5">
        <w:rPr>
          <w:lang w:val="es-ES"/>
        </w:rPr>
        <w:t>☐</w:t>
      </w:r>
      <w:r w:rsidRPr="002121A5">
        <w:rPr>
          <w:lang w:val="es-ES"/>
        </w:rPr>
        <w:t xml:space="preserve"> Carta de invitación institucional:   ☐ Se adjunta   ☐ Ha sido remitida directamente por la institución de acogida</w:t>
      </w:r>
    </w:p>
    <w:p w:rsidR="0021745D" w:rsidRPr="002121A5" w:rsidRDefault="00064CD7">
      <w:pPr>
        <w:spacing w:after="40"/>
        <w:ind w:left="85"/>
        <w:rPr>
          <w:rFonts w:hint="eastAsia"/>
          <w:lang w:val="es-ES"/>
        </w:rPr>
      </w:pPr>
      <w:r w:rsidRPr="002121A5">
        <w:rPr>
          <w:lang w:val="es-ES"/>
        </w:rPr>
        <w:t>☐</w:t>
      </w:r>
      <w:r w:rsidRPr="002121A5">
        <w:rPr>
          <w:lang w:val="es-ES"/>
        </w:rPr>
        <w:t xml:space="preserve"> Anexo I – Propuesta de trabajo (STA / STA+STT) o Anexo II – P</w:t>
      </w:r>
      <w:r w:rsidRPr="002121A5">
        <w:rPr>
          <w:lang w:val="es-ES"/>
        </w:rPr>
        <w:t>ropuesta de trabajo (STT)</w:t>
      </w:r>
    </w:p>
    <w:p w:rsidR="0021745D" w:rsidRPr="002121A5" w:rsidRDefault="00064CD7">
      <w:pPr>
        <w:spacing w:after="40"/>
        <w:ind w:left="85"/>
        <w:rPr>
          <w:rFonts w:hint="eastAsia"/>
          <w:lang w:val="es-ES"/>
        </w:rPr>
      </w:pPr>
      <w:r w:rsidRPr="002121A5">
        <w:rPr>
          <w:lang w:val="es-ES"/>
        </w:rPr>
        <w:t>☐</w:t>
      </w:r>
      <w:r w:rsidRPr="002121A5">
        <w:rPr>
          <w:lang w:val="es-ES"/>
        </w:rPr>
        <w:t xml:space="preserve"> Certificación lingüística</w:t>
      </w:r>
    </w:p>
    <w:p w:rsidR="0021745D" w:rsidRPr="002121A5" w:rsidRDefault="00064CD7">
      <w:pPr>
        <w:spacing w:after="40"/>
        <w:ind w:left="85"/>
        <w:rPr>
          <w:rFonts w:hint="eastAsia"/>
          <w:lang w:val="es-ES"/>
        </w:rPr>
      </w:pPr>
      <w:r w:rsidRPr="002121A5">
        <w:rPr>
          <w:lang w:val="es-ES"/>
        </w:rPr>
        <w:t>☐</w:t>
      </w:r>
      <w:r w:rsidRPr="002121A5">
        <w:rPr>
          <w:lang w:val="es-ES"/>
        </w:rPr>
        <w:t xml:space="preserve"> Documento acreditativo de la nacionalidad, únicamente cuando corresponda conforme al criterio de competencia lingüística de la convocatoria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i/>
          <w:sz w:val="17"/>
          <w:lang w:val="es-ES"/>
        </w:rPr>
        <w:t xml:space="preserve">La solicitud deberá presentarse acompañada de la </w:t>
      </w:r>
      <w:r w:rsidRPr="002121A5">
        <w:rPr>
          <w:i/>
          <w:sz w:val="17"/>
          <w:lang w:val="es-ES"/>
        </w:rPr>
        <w:t>documentación exigida en la convocatoria dentro del plazo establecido.</w:t>
      </w:r>
    </w:p>
    <w:p w:rsidR="0021745D" w:rsidRPr="002121A5" w:rsidRDefault="00064CD7">
      <w:pPr>
        <w:pStyle w:val="Ttulo1"/>
        <w:rPr>
          <w:lang w:val="es-ES"/>
        </w:rPr>
      </w:pPr>
      <w:r w:rsidRPr="002121A5">
        <w:rPr>
          <w:lang w:val="es-ES"/>
        </w:rPr>
        <w:lastRenderedPageBreak/>
        <w:t>F. DECLARACIÓN DEL SOLICITANTE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lang w:val="es-ES"/>
        </w:rPr>
        <w:t xml:space="preserve">La persona solicitante declara que los datos consignados en este formulario son ciertos, que conoce y acepta las bases de la convocatoria y que aporta la </w:t>
      </w:r>
      <w:r w:rsidRPr="002121A5">
        <w:rPr>
          <w:lang w:val="es-ES"/>
        </w:rPr>
        <w:t>documentación necesaria para la valoración de su solicitud.</w:t>
      </w:r>
    </w:p>
    <w:p w:rsidR="0021745D" w:rsidRPr="002121A5" w:rsidRDefault="00064CD7">
      <w:pPr>
        <w:pStyle w:val="Ttulo1"/>
        <w:rPr>
          <w:lang w:val="es-ES"/>
        </w:rPr>
      </w:pPr>
      <w:r w:rsidRPr="002121A5">
        <w:rPr>
          <w:lang w:val="es-ES"/>
        </w:rPr>
        <w:t>G. PROTECCIÓN DE DATOS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sz w:val="16"/>
          <w:lang w:val="es-ES"/>
        </w:rPr>
        <w:t>Los datos personales facilitados por los participantes serán tratados por el Real Conservatorio Superior de Música de Madrid (RCSMM) con la finalidad de gestionar los proces</w:t>
      </w:r>
      <w:r w:rsidRPr="002121A5">
        <w:rPr>
          <w:sz w:val="16"/>
          <w:lang w:val="es-ES"/>
        </w:rPr>
        <w:t>os de selección, preparación, gestión, seguimiento y justificación de las movilidades Erasmus+.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sz w:val="16"/>
          <w:lang w:val="es-ES"/>
        </w:rPr>
        <w:t>Los datos podrán ser tratados por el personal del RCSMM competente en la gestión del programa y, cuando resulte necesario para el desarrollo de la movilidad, po</w:t>
      </w:r>
      <w:r w:rsidRPr="002121A5">
        <w:rPr>
          <w:sz w:val="16"/>
          <w:lang w:val="es-ES"/>
        </w:rPr>
        <w:t>drán ser comunicados a la institución de acogida, al Servicio Español para la Internacionalización de la Educación (SEPIE), a la Comisión Europea y a otros organismos competentes en la gestión, seguimiento y control del programa Erasmus+.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sz w:val="16"/>
          <w:lang w:val="es-ES"/>
        </w:rPr>
        <w:t>En la publicación</w:t>
      </w:r>
      <w:r w:rsidRPr="002121A5">
        <w:rPr>
          <w:sz w:val="16"/>
          <w:lang w:val="es-ES"/>
        </w:rPr>
        <w:t xml:space="preserve"> de las resoluciones de esta convocatoria en la página web del RCSMM no se harán públicos los nombres y apellidos de los participantes. La identificación se realizará mediante el DNI, ocultando cuatro de sus cifras.</w:t>
      </w:r>
    </w:p>
    <w:p w:rsidR="0021745D" w:rsidRPr="002121A5" w:rsidRDefault="00064CD7">
      <w:pPr>
        <w:rPr>
          <w:rFonts w:hint="eastAsia"/>
          <w:lang w:val="es-ES"/>
        </w:rPr>
      </w:pPr>
      <w:r w:rsidRPr="002121A5">
        <w:rPr>
          <w:sz w:val="16"/>
          <w:lang w:val="es-ES"/>
        </w:rPr>
        <w:t>El tratamiento de los datos personales s</w:t>
      </w:r>
      <w:r w:rsidRPr="002121A5">
        <w:rPr>
          <w:sz w:val="16"/>
          <w:lang w:val="es-ES"/>
        </w:rPr>
        <w:t>e realizará de conformidad con el Reglamento General de Protección de Datos (RGPD) y demás normativa vigente en materia de protección de datos. Las personas interesadas podrán ejercer sus derechos de protección de datos a través de los procedimientos estab</w:t>
      </w:r>
      <w:r w:rsidRPr="002121A5">
        <w:rPr>
          <w:sz w:val="16"/>
          <w:lang w:val="es-ES"/>
        </w:rPr>
        <w:t>lecidos por la Comunidad de Madrid.</w:t>
      </w:r>
    </w:p>
    <w:p w:rsidR="0021745D" w:rsidRDefault="00064CD7">
      <w:pPr>
        <w:spacing w:before="120"/>
        <w:rPr>
          <w:rFonts w:hint="eastAsia"/>
        </w:rPr>
      </w:pPr>
      <w:proofErr w:type="spellStart"/>
      <w:r>
        <w:t>Fecha</w:t>
      </w:r>
      <w:proofErr w:type="spellEnd"/>
      <w:r>
        <w:t>: ____________________________________</w:t>
      </w:r>
    </w:p>
    <w:p w:rsidR="0021745D" w:rsidRDefault="00064CD7">
      <w:pPr>
        <w:spacing w:before="80"/>
        <w:rPr>
          <w:rFonts w:hint="eastAsia"/>
        </w:rPr>
      </w:pPr>
      <w:r>
        <w:rPr>
          <w:b/>
        </w:rPr>
        <w:t>Firma:</w:t>
      </w:r>
    </w:p>
    <w:p w:rsidR="0021745D" w:rsidRDefault="00064CD7">
      <w:pPr>
        <w:rPr>
          <w:rFonts w:hint="eastAsia"/>
        </w:rPr>
      </w:pPr>
      <w:r>
        <w:br/>
      </w:r>
      <w:r>
        <w:br/>
      </w:r>
    </w:p>
    <w:p w:rsidR="0021745D" w:rsidRDefault="00064CD7">
      <w:pPr>
        <w:rPr>
          <w:rFonts w:hint="eastAsia"/>
        </w:rPr>
      </w:pPr>
      <w:r>
        <w:t>Fdo.: _________________________________________________</w:t>
      </w:r>
    </w:p>
    <w:sectPr w:rsidR="0021745D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4CD7" w:rsidRDefault="00064CD7">
      <w:pPr>
        <w:spacing w:after="0"/>
        <w:rPr>
          <w:rFonts w:hint="eastAsia"/>
        </w:rPr>
      </w:pPr>
      <w:r>
        <w:separator/>
      </w:r>
    </w:p>
  </w:endnote>
  <w:endnote w:type="continuationSeparator" w:id="0">
    <w:p w:rsidR="00064CD7" w:rsidRDefault="00064CD7">
      <w:pPr>
        <w:spacing w:after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  <w:rFonts w:hint="eastAsia"/>
      </w:rPr>
      <w:id w:val="1095207777"/>
      <w:docPartObj>
        <w:docPartGallery w:val="Page Numbers (Bottom of Page)"/>
        <w:docPartUnique/>
      </w:docPartObj>
    </w:sdtPr>
    <w:sdtContent>
      <w:p w:rsidR="002121A5" w:rsidRDefault="002121A5" w:rsidP="00585D19">
        <w:pPr>
          <w:pStyle w:val="Piedepgina"/>
          <w:framePr w:wrap="none" w:vAnchor="text" w:hAnchor="margin" w:xAlign="right" w:y="1"/>
          <w:rPr>
            <w:rStyle w:val="Nmerodepgina"/>
            <w:rFonts w:hint="eastAsia"/>
          </w:rPr>
        </w:pPr>
        <w:r>
          <w:rPr>
            <w:rStyle w:val="Nmerodepgina"/>
            <w:rFonts w:hint="eastAsia"/>
          </w:rPr>
          <w:fldChar w:fldCharType="begin"/>
        </w:r>
        <w:r>
          <w:rPr>
            <w:rStyle w:val="Nmerodepgina"/>
            <w:rFonts w:hint="eastAsia"/>
          </w:rPr>
          <w:instrText xml:space="preserve"> PAGE </w:instrText>
        </w:r>
        <w:r>
          <w:rPr>
            <w:rStyle w:val="Nmerodepgina"/>
            <w:rFonts w:hint="eastAsia"/>
          </w:rPr>
          <w:fldChar w:fldCharType="end"/>
        </w:r>
      </w:p>
    </w:sdtContent>
  </w:sdt>
  <w:p w:rsidR="002121A5" w:rsidRDefault="002121A5" w:rsidP="002121A5">
    <w:pPr>
      <w:pStyle w:val="Piedepgina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  <w:rFonts w:hint="eastAsia"/>
      </w:rPr>
      <w:id w:val="1445426167"/>
      <w:docPartObj>
        <w:docPartGallery w:val="Page Numbers (Bottom of Page)"/>
        <w:docPartUnique/>
      </w:docPartObj>
    </w:sdtPr>
    <w:sdtContent>
      <w:p w:rsidR="002121A5" w:rsidRDefault="002121A5" w:rsidP="00585D19">
        <w:pPr>
          <w:pStyle w:val="Piedepgina"/>
          <w:framePr w:wrap="none" w:vAnchor="text" w:hAnchor="margin" w:xAlign="right" w:y="1"/>
          <w:rPr>
            <w:rStyle w:val="Nmerodepgina"/>
            <w:rFonts w:hint="eastAsia"/>
          </w:rPr>
        </w:pPr>
        <w:r>
          <w:rPr>
            <w:rStyle w:val="Nmerodepgina"/>
            <w:rFonts w:hint="eastAsia"/>
          </w:rPr>
          <w:fldChar w:fldCharType="begin"/>
        </w:r>
        <w:r>
          <w:rPr>
            <w:rStyle w:val="Nmerodepgina"/>
            <w:rFonts w:hint="eastAsia"/>
          </w:rPr>
          <w:instrText xml:space="preserve"> PAGE </w:instrText>
        </w:r>
        <w:r>
          <w:rPr>
            <w:rStyle w:val="Nmerodepgina"/>
            <w:rFonts w:hint="eastAsia"/>
          </w:rPr>
          <w:fldChar w:fldCharType="separate"/>
        </w:r>
        <w:r>
          <w:rPr>
            <w:rStyle w:val="Nmerodepgina"/>
            <w:rFonts w:hint="eastAsia"/>
            <w:noProof/>
          </w:rPr>
          <w:t>3</w:t>
        </w:r>
        <w:r>
          <w:rPr>
            <w:rStyle w:val="Nmerodepgina"/>
            <w:rFonts w:hint="eastAsia"/>
          </w:rPr>
          <w:fldChar w:fldCharType="end"/>
        </w:r>
      </w:p>
    </w:sdtContent>
  </w:sdt>
  <w:p w:rsidR="0021745D" w:rsidRPr="002121A5" w:rsidRDefault="00064CD7" w:rsidP="002121A5">
    <w:pPr>
      <w:pStyle w:val="Piedepgina"/>
      <w:ind w:right="360"/>
      <w:jc w:val="center"/>
      <w:rPr>
        <w:rFonts w:hint="eastAsia"/>
        <w:lang w:val="es-ES"/>
      </w:rPr>
    </w:pPr>
    <w:r w:rsidRPr="002121A5">
      <w:rPr>
        <w:sz w:val="16"/>
        <w:lang w:val="es-ES"/>
      </w:rPr>
      <w:t>RCSMM · Oficina Erasmus · erasmus@rcsmm.</w:t>
    </w:r>
    <w:r w:rsidRPr="002121A5">
      <w:rPr>
        <w:sz w:val="16"/>
        <w:lang w:val="es-ES"/>
      </w:rPr>
      <w:t>eu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21A5" w:rsidRDefault="002121A5">
    <w:pPr>
      <w:pStyle w:val="Piedep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4CD7" w:rsidRDefault="00064CD7">
      <w:pPr>
        <w:spacing w:after="0"/>
        <w:rPr>
          <w:rFonts w:hint="eastAsia"/>
        </w:rPr>
      </w:pPr>
      <w:r>
        <w:separator/>
      </w:r>
    </w:p>
  </w:footnote>
  <w:footnote w:type="continuationSeparator" w:id="0">
    <w:p w:rsidR="00064CD7" w:rsidRDefault="00064CD7">
      <w:pPr>
        <w:spacing w:after="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21A5" w:rsidRDefault="002121A5">
    <w:pPr>
      <w:pStyle w:val="Encabezado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21A5" w:rsidRDefault="002121A5">
    <w:pPr>
      <w:pStyle w:val="Encabezado"/>
      <w:rPr>
        <w:rFonts w:hint="eastAsia"/>
      </w:rPr>
    </w:pPr>
    <w:bookmarkStart w:id="0" w:name="_GoBack"/>
    <w:r>
      <w:rPr>
        <w:rFonts w:hint="eastAsia"/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4826195</wp:posOffset>
          </wp:positionH>
          <wp:positionV relativeFrom="paragraph">
            <wp:posOffset>-306705</wp:posOffset>
          </wp:positionV>
          <wp:extent cx="2159000" cy="4445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rasmus+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5900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-203200</wp:posOffset>
          </wp:positionH>
          <wp:positionV relativeFrom="paragraph">
            <wp:posOffset>-246478</wp:posOffset>
          </wp:positionV>
          <wp:extent cx="2299473" cy="335723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CSMM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99473" cy="3357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21A5" w:rsidRDefault="002121A5">
    <w:pPr>
      <w:pStyle w:val="Encabezado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3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4CD7"/>
    <w:rsid w:val="0015074B"/>
    <w:rsid w:val="002121A5"/>
    <w:rsid w:val="0021745D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24891AD"/>
  <w14:defaultImageDpi w14:val="300"/>
  <w15:docId w15:val="{D81F7A24-2740-9D4B-9851-46F2EB65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ptos" w:hAnsi="Aptos"/>
      <w:sz w:val="19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212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EDA60B-CE23-DB48-9518-DF1ED7D38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995</Words>
  <Characters>5475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6458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2026-10-30T09:43:00Z</dcterms:modified>
  <cp:category/>
</cp:coreProperties>
</file>